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577B6" w14:textId="77777777" w:rsidR="00C05D07" w:rsidRDefault="00C8174D">
      <w:pPr>
        <w:spacing w:after="100"/>
        <w:jc w:val="center"/>
        <w:rPr>
          <w:lang w:eastAsia="ja-JP"/>
        </w:rPr>
      </w:pPr>
      <w:r>
        <w:rPr>
          <w:b/>
          <w:sz w:val="32"/>
          <w:lang w:eastAsia="ja-JP"/>
        </w:rPr>
        <w:t>北山少年自然の家　利用申請書</w:t>
      </w:r>
    </w:p>
    <w:p w14:paraId="48EE4BD2" w14:textId="77777777" w:rsidR="00C05D07" w:rsidRDefault="00C8174D">
      <w:pPr>
        <w:spacing w:after="100"/>
        <w:jc w:val="right"/>
      </w:pPr>
      <w:proofErr w:type="spellStart"/>
      <w:r>
        <w:t>受付日</w:t>
      </w:r>
      <w:proofErr w:type="spellEnd"/>
      <w:r>
        <w:t>：　　　　年　　　月　　　日</w:t>
      </w:r>
    </w:p>
    <w:tbl>
      <w:tblPr>
        <w:tblW w:w="10204" w:type="dxa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8220"/>
      </w:tblGrid>
      <w:tr w:rsidR="00C05D07" w14:paraId="539C2180" w14:textId="77777777" w:rsidTr="00156945">
        <w:trPr>
          <w:trHeight w:val="567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78DF94CC" w14:textId="168EBA76" w:rsidR="00C05D07" w:rsidRDefault="00B27B10">
            <w:pPr>
              <w:spacing w:before="40" w:after="40"/>
              <w:rPr>
                <w:rFonts w:hint="eastAsia"/>
                <w:lang w:eastAsia="ja-JP"/>
              </w:rPr>
            </w:pPr>
            <w:r>
              <w:rPr>
                <w:rFonts w:hint="eastAsia"/>
                <w:lang w:eastAsia="ja-JP"/>
              </w:rPr>
              <w:t>団体名</w:t>
            </w:r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345C4A53" w14:textId="77777777" w:rsidR="00C05D07" w:rsidRDefault="00C05D07">
            <w:pPr>
              <w:spacing w:before="40" w:after="40"/>
            </w:pPr>
          </w:p>
        </w:tc>
      </w:tr>
      <w:tr w:rsidR="00B27B10" w14:paraId="70AAD98E" w14:textId="77777777" w:rsidTr="00156945">
        <w:trPr>
          <w:trHeight w:val="567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33C22944" w14:textId="6A7C18A3" w:rsidR="00B27B10" w:rsidRDefault="00B27B10">
            <w:pPr>
              <w:spacing w:before="40" w:after="40"/>
            </w:pPr>
            <w:proofErr w:type="spellStart"/>
            <w:r>
              <w:t>申込者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3AB5EF51" w14:textId="77777777" w:rsidR="00B27B10" w:rsidRDefault="00B27B10">
            <w:pPr>
              <w:spacing w:before="40" w:after="40"/>
            </w:pPr>
          </w:p>
        </w:tc>
      </w:tr>
      <w:tr w:rsidR="00156945" w14:paraId="57379252" w14:textId="77777777" w:rsidTr="00156945">
        <w:trPr>
          <w:trHeight w:val="567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361F0DF0" w14:textId="77777777" w:rsidR="00156945" w:rsidRDefault="00156945" w:rsidP="00D26B94">
            <w:pPr>
              <w:spacing w:before="40" w:after="40"/>
            </w:pPr>
            <w:proofErr w:type="spellStart"/>
            <w:r>
              <w:t>電話番号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60667F89" w14:textId="77777777" w:rsidR="00156945" w:rsidRDefault="00156945" w:rsidP="00D26B94">
            <w:pPr>
              <w:spacing w:before="40" w:after="40"/>
            </w:pPr>
          </w:p>
        </w:tc>
      </w:tr>
      <w:tr w:rsidR="00C05D07" w14:paraId="5736AB2C" w14:textId="77777777" w:rsidTr="00156945">
        <w:trPr>
          <w:trHeight w:val="567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27BE130D" w14:textId="370B0A54" w:rsidR="00C05D07" w:rsidRDefault="00156945">
            <w:pPr>
              <w:spacing w:before="40" w:after="4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メールアドレス</w:t>
            </w:r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41EDB49C" w14:textId="77777777" w:rsidR="00C05D07" w:rsidRDefault="00C05D07">
            <w:pPr>
              <w:spacing w:before="40" w:after="40"/>
            </w:pPr>
          </w:p>
        </w:tc>
      </w:tr>
      <w:tr w:rsidR="00C05D07" w14:paraId="2D6E9E6D" w14:textId="77777777" w:rsidTr="00156945">
        <w:trPr>
          <w:trHeight w:val="1481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6751A367" w14:textId="77777777" w:rsidR="00C05D07" w:rsidRDefault="00C8174D">
            <w:pPr>
              <w:spacing w:before="40" w:after="40"/>
            </w:pPr>
            <w:proofErr w:type="spellStart"/>
            <w:r>
              <w:t>住所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41F6A040" w14:textId="77777777" w:rsidR="00C05D07" w:rsidRDefault="00C05D07">
            <w:pPr>
              <w:spacing w:before="40" w:after="40"/>
            </w:pPr>
          </w:p>
        </w:tc>
      </w:tr>
      <w:tr w:rsidR="00C05D07" w14:paraId="0FB4CD25" w14:textId="77777777" w:rsidTr="00156945">
        <w:trPr>
          <w:trHeight w:val="567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07C09A03" w14:textId="77777777" w:rsidR="00C05D07" w:rsidRDefault="00C8174D">
            <w:pPr>
              <w:spacing w:before="40" w:after="40"/>
            </w:pPr>
            <w:proofErr w:type="spellStart"/>
            <w:r>
              <w:t>申込方法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02E11379" w14:textId="77777777" w:rsidR="00C05D07" w:rsidRDefault="00C8174D">
            <w:pPr>
              <w:spacing w:before="40" w:after="40"/>
            </w:pPr>
            <w:r>
              <w:t xml:space="preserve">□ </w:t>
            </w:r>
            <w:proofErr w:type="spellStart"/>
            <w:proofErr w:type="gramStart"/>
            <w:r>
              <w:t>メール</w:t>
            </w:r>
            <w:proofErr w:type="spellEnd"/>
            <w:r>
              <w:t xml:space="preserve">　　□</w:t>
            </w:r>
            <w:proofErr w:type="gramEnd"/>
            <w:r>
              <w:t xml:space="preserve"> </w:t>
            </w:r>
            <w:proofErr w:type="spellStart"/>
            <w:r>
              <w:t>電話</w:t>
            </w:r>
            <w:proofErr w:type="spellEnd"/>
          </w:p>
        </w:tc>
      </w:tr>
      <w:tr w:rsidR="00C05D07" w14:paraId="3E54F748" w14:textId="77777777" w:rsidTr="00156945">
        <w:trPr>
          <w:trHeight w:val="567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262EC329" w14:textId="77777777" w:rsidR="00C05D07" w:rsidRDefault="00C8174D">
            <w:pPr>
              <w:spacing w:before="40" w:after="40"/>
            </w:pPr>
            <w:proofErr w:type="spellStart"/>
            <w:r>
              <w:t>利用予定日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6B01C7A5" w14:textId="77777777" w:rsidR="00C05D07" w:rsidRDefault="00C8174D">
            <w:pPr>
              <w:spacing w:before="40" w:after="40"/>
            </w:pPr>
            <w:r>
              <w:t xml:space="preserve">　　　　年　　　月　　　日（　</w:t>
            </w:r>
            <w:proofErr w:type="gramStart"/>
            <w:r>
              <w:t xml:space="preserve">）　　</w:t>
            </w:r>
            <w:proofErr w:type="spellStart"/>
            <w:r>
              <w:t>入所予定時間</w:t>
            </w:r>
            <w:proofErr w:type="spellEnd"/>
            <w:proofErr w:type="gramEnd"/>
            <w:r>
              <w:t>：　　　時　　　分</w:t>
            </w:r>
          </w:p>
        </w:tc>
      </w:tr>
      <w:tr w:rsidR="00C05D07" w14:paraId="6DC11B97" w14:textId="77777777" w:rsidTr="00156945">
        <w:trPr>
          <w:trHeight w:val="567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5C9F6630" w14:textId="77777777" w:rsidR="00C05D07" w:rsidRDefault="00C8174D">
            <w:pPr>
              <w:spacing w:before="40" w:after="40"/>
            </w:pPr>
            <w:proofErr w:type="spellStart"/>
            <w:r>
              <w:t>利用終了日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6A2021E4" w14:textId="77777777" w:rsidR="00C05D07" w:rsidRDefault="00C8174D">
            <w:pPr>
              <w:spacing w:before="40" w:after="40"/>
            </w:pPr>
            <w:r>
              <w:t xml:space="preserve">　　　　年　　　月　　　日（　</w:t>
            </w:r>
            <w:proofErr w:type="gramStart"/>
            <w:r>
              <w:t xml:space="preserve">）　　</w:t>
            </w:r>
            <w:proofErr w:type="spellStart"/>
            <w:r>
              <w:t>退所予定時間</w:t>
            </w:r>
            <w:proofErr w:type="spellEnd"/>
            <w:proofErr w:type="gramEnd"/>
            <w:r>
              <w:t>：　　　時　　　分</w:t>
            </w:r>
          </w:p>
        </w:tc>
      </w:tr>
      <w:tr w:rsidR="00C05D07" w14:paraId="1D554219" w14:textId="77777777" w:rsidTr="00156945">
        <w:trPr>
          <w:trHeight w:val="567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244C620C" w14:textId="77777777" w:rsidR="00C05D07" w:rsidRDefault="00C8174D">
            <w:pPr>
              <w:spacing w:before="40" w:after="40"/>
            </w:pPr>
            <w:proofErr w:type="spellStart"/>
            <w:r>
              <w:t>利用タイプ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215A394F" w14:textId="398FAE46" w:rsidR="00C05D07" w:rsidRDefault="00C8174D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□ 宿泊　　□ 日帰り</w:t>
            </w:r>
            <w:r w:rsidR="00523327">
              <w:rPr>
                <w:rFonts w:hint="eastAsia"/>
                <w:lang w:eastAsia="ja-JP"/>
              </w:rPr>
              <w:t xml:space="preserve">　□キャンプ場</w:t>
            </w:r>
          </w:p>
        </w:tc>
      </w:tr>
      <w:tr w:rsidR="00C05D07" w14:paraId="30E9D763" w14:textId="77777777" w:rsidTr="00156945">
        <w:trPr>
          <w:trHeight w:val="567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6AD58DF9" w14:textId="77777777" w:rsidR="00C05D07" w:rsidRDefault="00C8174D">
            <w:pPr>
              <w:spacing w:before="40" w:after="40"/>
            </w:pPr>
            <w:proofErr w:type="spellStart"/>
            <w:r>
              <w:t>人数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1DB481F2" w14:textId="77777777" w:rsidR="00C05D07" w:rsidRDefault="00C8174D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大人　　　人　　子ども　　　人　　合計　　　人</w:t>
            </w:r>
          </w:p>
        </w:tc>
      </w:tr>
      <w:tr w:rsidR="00C05D07" w14:paraId="326C0C31" w14:textId="77777777" w:rsidTr="00156945">
        <w:trPr>
          <w:trHeight w:val="1247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4B509719" w14:textId="77777777" w:rsidR="00C05D07" w:rsidRDefault="00C8174D">
            <w:pPr>
              <w:spacing w:before="40" w:after="40"/>
            </w:pPr>
            <w:proofErr w:type="spellStart"/>
            <w:r>
              <w:t>主な活動内容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6DC179D7" w14:textId="77777777" w:rsidR="00C05D07" w:rsidRDefault="00C05D07">
            <w:pPr>
              <w:spacing w:before="40" w:after="40"/>
            </w:pPr>
          </w:p>
        </w:tc>
      </w:tr>
      <w:tr w:rsidR="00C05D07" w14:paraId="1E50C66A" w14:textId="77777777" w:rsidTr="00156945">
        <w:trPr>
          <w:trHeight w:val="1503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761C7A9B" w14:textId="77777777" w:rsidR="00C05D07" w:rsidRDefault="00C8174D">
            <w:pPr>
              <w:spacing w:before="40" w:after="40"/>
            </w:pPr>
            <w:proofErr w:type="spellStart"/>
            <w:r>
              <w:t>活動希望場所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bottom"/>
          </w:tcPr>
          <w:p w14:paraId="3D987F19" w14:textId="3F49523F" w:rsidR="00C05D07" w:rsidRDefault="00C8174D" w:rsidP="00523327">
            <w:pPr>
              <w:spacing w:before="40" w:after="40"/>
              <w:jc w:val="both"/>
              <w:rPr>
                <w:lang w:eastAsia="ja-JP"/>
              </w:rPr>
            </w:pPr>
            <w:r>
              <w:rPr>
                <w:lang w:eastAsia="ja-JP"/>
              </w:rPr>
              <w:t>□ プレイホール　　□ グラウンド</w:t>
            </w:r>
            <w:r w:rsidR="00523327">
              <w:rPr>
                <w:rFonts w:hint="eastAsia"/>
                <w:lang w:eastAsia="ja-JP"/>
              </w:rPr>
              <w:t xml:space="preserve">　については選択ください</w:t>
            </w:r>
          </w:p>
        </w:tc>
      </w:tr>
      <w:tr w:rsidR="00C05D07" w14:paraId="41D12399" w14:textId="77777777" w:rsidTr="00156945">
        <w:trPr>
          <w:trHeight w:val="1475"/>
          <w:jc w:val="center"/>
        </w:trPr>
        <w:tc>
          <w:tcPr>
            <w:tcW w:w="1984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shd w:val="clear" w:color="auto" w:fill="E8EEF4"/>
            <w:vAlign w:val="center"/>
          </w:tcPr>
          <w:p w14:paraId="1BD88C4E" w14:textId="77777777" w:rsidR="00C05D07" w:rsidRDefault="00C8174D">
            <w:pPr>
              <w:spacing w:before="40" w:after="40"/>
            </w:pPr>
            <w:proofErr w:type="spellStart"/>
            <w:r>
              <w:t>備考</w:t>
            </w:r>
            <w:proofErr w:type="spellEnd"/>
          </w:p>
        </w:tc>
        <w:tc>
          <w:tcPr>
            <w:tcW w:w="8220" w:type="dxa"/>
            <w:tcBorders>
              <w:top w:val="single" w:sz="6" w:space="0" w:color="7F8C99"/>
              <w:left w:val="single" w:sz="6" w:space="0" w:color="7F8C99"/>
              <w:bottom w:val="single" w:sz="6" w:space="0" w:color="7F8C99"/>
              <w:right w:val="single" w:sz="6" w:space="0" w:color="7F8C99"/>
            </w:tcBorders>
            <w:vAlign w:val="center"/>
          </w:tcPr>
          <w:p w14:paraId="5D8B3DDD" w14:textId="77777777" w:rsidR="00C05D07" w:rsidRDefault="00C05D07">
            <w:pPr>
              <w:spacing w:before="40" w:after="40"/>
            </w:pPr>
          </w:p>
        </w:tc>
      </w:tr>
    </w:tbl>
    <w:p w14:paraId="0F4F7608" w14:textId="77777777" w:rsidR="00C05D07" w:rsidRDefault="00C8174D">
      <w:pPr>
        <w:spacing w:before="120" w:after="40"/>
        <w:rPr>
          <w:lang w:eastAsia="ja-JP"/>
        </w:rPr>
      </w:pPr>
      <w:r>
        <w:rPr>
          <w:b/>
          <w:lang w:eastAsia="ja-JP"/>
        </w:rPr>
        <w:t>【利用にあたっての注意事項】</w:t>
      </w:r>
    </w:p>
    <w:p w14:paraId="766FD563" w14:textId="77777777" w:rsidR="00C05D07" w:rsidRDefault="00C8174D">
      <w:pPr>
        <w:spacing w:after="20"/>
        <w:ind w:left="113"/>
        <w:rPr>
          <w:lang w:eastAsia="ja-JP"/>
        </w:rPr>
      </w:pPr>
      <w:r>
        <w:rPr>
          <w:sz w:val="17"/>
          <w:lang w:eastAsia="ja-JP"/>
        </w:rPr>
        <w:t>・営利活動・布教活動・政治活動などを目的とした利用はできません。</w:t>
      </w:r>
    </w:p>
    <w:p w14:paraId="3B5A37EB" w14:textId="77777777" w:rsidR="00C05D07" w:rsidRDefault="00C8174D">
      <w:pPr>
        <w:spacing w:after="20"/>
        <w:ind w:left="113"/>
        <w:rPr>
          <w:lang w:eastAsia="ja-JP"/>
        </w:rPr>
      </w:pPr>
      <w:r>
        <w:rPr>
          <w:sz w:val="17"/>
          <w:lang w:eastAsia="ja-JP"/>
        </w:rPr>
        <w:t>・学校団体・初めて利用する団体は、必要に応じて事前打合せを行います。</w:t>
      </w:r>
    </w:p>
    <w:p w14:paraId="0F1FFD14" w14:textId="77777777" w:rsidR="00C05D07" w:rsidRDefault="00C8174D">
      <w:pPr>
        <w:spacing w:after="20"/>
        <w:ind w:left="113"/>
        <w:rPr>
          <w:sz w:val="17"/>
          <w:lang w:eastAsia="ja-JP"/>
        </w:rPr>
      </w:pPr>
      <w:r>
        <w:rPr>
          <w:sz w:val="17"/>
          <w:lang w:eastAsia="ja-JP"/>
        </w:rPr>
        <w:t>・利用日の1か月前までに必要書類を提出してください。</w:t>
      </w:r>
    </w:p>
    <w:p w14:paraId="7E5DF897" w14:textId="77777777" w:rsidR="00931BF0" w:rsidRDefault="00931BF0">
      <w:pPr>
        <w:spacing w:after="20"/>
        <w:ind w:left="113"/>
        <w:rPr>
          <w:sz w:val="17"/>
          <w:lang w:eastAsia="ja-JP"/>
        </w:rPr>
      </w:pPr>
    </w:p>
    <w:p w14:paraId="61A96771" w14:textId="77777777" w:rsidR="00931BF0" w:rsidRDefault="00931BF0">
      <w:pPr>
        <w:spacing w:after="20"/>
        <w:ind w:left="113"/>
        <w:rPr>
          <w:sz w:val="17"/>
          <w:lang w:eastAsia="ja-JP"/>
        </w:rPr>
      </w:pPr>
    </w:p>
    <w:p w14:paraId="7B7AE3F1" w14:textId="77777777" w:rsidR="00931BF0" w:rsidRDefault="00931BF0">
      <w:pPr>
        <w:spacing w:after="20"/>
        <w:ind w:left="113"/>
        <w:rPr>
          <w:rFonts w:hint="eastAsia"/>
          <w:lang w:eastAsia="ja-JP"/>
        </w:rPr>
      </w:pPr>
    </w:p>
    <w:p w14:paraId="593C9F69" w14:textId="4A06A706" w:rsidR="00C05D07" w:rsidRDefault="00C8174D" w:rsidP="00156945">
      <w:pPr>
        <w:wordWrap w:val="0"/>
        <w:spacing w:before="80"/>
        <w:jc w:val="right"/>
        <w:rPr>
          <w:lang w:eastAsia="ja-JP"/>
        </w:rPr>
      </w:pPr>
      <w:r>
        <w:rPr>
          <w:lang w:eastAsia="ja-JP"/>
        </w:rPr>
        <w:t>北山少年自然の家</w:t>
      </w:r>
      <w:r w:rsidR="00156945">
        <w:rPr>
          <w:rFonts w:hint="eastAsia"/>
          <w:lang w:eastAsia="ja-JP"/>
        </w:rPr>
        <w:t xml:space="preserve">　shidoka@hokuzan-saga.jp</w:t>
      </w:r>
    </w:p>
    <w:sectPr w:rsidR="00C05D07" w:rsidSect="00034616"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1994942">
    <w:abstractNumId w:val="8"/>
  </w:num>
  <w:num w:numId="2" w16cid:durableId="658122913">
    <w:abstractNumId w:val="6"/>
  </w:num>
  <w:num w:numId="3" w16cid:durableId="1725442642">
    <w:abstractNumId w:val="5"/>
  </w:num>
  <w:num w:numId="4" w16cid:durableId="225649448">
    <w:abstractNumId w:val="4"/>
  </w:num>
  <w:num w:numId="5" w16cid:durableId="457575894">
    <w:abstractNumId w:val="7"/>
  </w:num>
  <w:num w:numId="6" w16cid:durableId="583610153">
    <w:abstractNumId w:val="3"/>
  </w:num>
  <w:num w:numId="7" w16cid:durableId="1858345837">
    <w:abstractNumId w:val="2"/>
  </w:num>
  <w:num w:numId="8" w16cid:durableId="844515122">
    <w:abstractNumId w:val="1"/>
  </w:num>
  <w:num w:numId="9" w16cid:durableId="1609505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6945"/>
    <w:rsid w:val="0029639D"/>
    <w:rsid w:val="00326F90"/>
    <w:rsid w:val="00523327"/>
    <w:rsid w:val="00931BF0"/>
    <w:rsid w:val="00AA1596"/>
    <w:rsid w:val="00AA1D8D"/>
    <w:rsid w:val="00B27B10"/>
    <w:rsid w:val="00B47730"/>
    <w:rsid w:val="00B52A15"/>
    <w:rsid w:val="00C05D07"/>
    <w:rsid w:val="00C8174D"/>
    <w:rsid w:val="00CB0664"/>
    <w:rsid w:val="00E04B1E"/>
    <w:rsid w:val="00E966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F7655F"/>
  <w14:defaultImageDpi w14:val="300"/>
  <w15:docId w15:val="{6E8A22F1-F54C-4898-AAEC-3CC18277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寛 熊谷</cp:lastModifiedBy>
  <cp:revision>6</cp:revision>
  <cp:lastPrinted>2026-10-22T04:36:00Z</cp:lastPrinted>
  <dcterms:created xsi:type="dcterms:W3CDTF">2026-10-22T04:41:00Z</dcterms:created>
  <dcterms:modified xsi:type="dcterms:W3CDTF">2026-10-22T23:40:00Z</dcterms:modified>
  <cp:category/>
</cp:coreProperties>
</file>